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לכיתה ז׳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כלים ספרותיים ומבנה הסיפור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כלים ספרותיים ומונחים מרכזיים בספרות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מבנה הסיפור העממי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דמות, תכונה ויוצר/ת ליצירה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השוואה בלי מילת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השוואה עם מילה כמו או כמו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רצף האירועים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הרגע המתוח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סיפור ישן שעבר מדור לדור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תכונה מתארת אופי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עלילה היא רצף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סיפור עממי עובר מדור לדור בלי מחבר ידוע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שיא המתח בעלילה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דימוי משתמש במילת השוואה ומטפורה 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מטפורה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מבנה הסיפור העממי - סדרו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מצב פתיחה - הצגת הדמויות והרקע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סיבוך - מופיעה בעיה או 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שיא - רגע המתח הגבוה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פתרון - הבעיה נפתרת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סיום - מסקנה או לקח מהסיפור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התאמת דמות לתכונה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(לא פוחדת מסכנה)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(מוצאת פתרונות יצירתיים)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(נמנעת ממאמץ)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(נותנת לאחרים בלי לחשוב פעמיים)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(לא אוהבת לתת או לשתף)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יכתבו תכונה כמו אמיצה או חכמה עם דוגמה מהעלילה התומכת בכך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דימוי משתמש במילת השוואה כמו כמו, מטפורה לא משתמשת במילת השוואה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השוואה בלי מילת דימוי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מצב פתיחה, סיבוך, שיא, פתרון, 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אמיצה, חכמה, נדיבה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'מיון כלים ספרותיים' לפני מילוי הדף כהכנה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כל שאלה בדף לדוגמה מיצירה שנלמדה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בסעיף הסידור אפשר לבקש מהתלמידים לתת דוגמה מתוך סיפור שקראו לכל שלב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לכיתה ז׳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כלים ספרותיים ומבנה הסיפור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חשובות בספרות: כלי כתיבה, סדר של סיפור, דמות ותכונה שלה.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כלי ספרותי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כתיבה מיוחדת כמו דימוי או מטפורה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במילה כמו או כמו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בלי מילת דימוי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רצף האירועים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או דמות שפועלים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תכונה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הדמות מתנהגת, למשל אמיץ או עצלן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סיפור עממי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ישן שעבר מדור לדור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הרגע המתוח ביותר בסיפור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מטפורה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השוואה בלי מילת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מקום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סוף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דימוי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סוף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השוואה עם מילה כמו או כמו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עלילה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רצף האירועים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מקום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שיא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תחילת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הרגע המתוח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סוף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סיפור עממי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חדש שנכתב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ישן שעבר מדור לדור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מאמר עיתונאי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תכונה היא איך שהדמות מתנהגת או מרגישה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עלילה היא רק שם הספר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עממי נכתב תמיד על ידי מחבר אחד ידוע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השיא הוא הרגע הכי מתוח בסיפור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ומטפורה הם שני כלים ספרותיים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הדמות בסיפור הייתה __________ מאוד ולא פחדה משום 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ברגע ה__________ הסיפור הגיע לנקודת המתח הגבוהה ביותר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כשאמרו 'הוא רץ כמו ברק' זהו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כשאמרו 'הוא ברק' בלי מילת השוואה זוהי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רצף האירועים בסיפור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מבנה הסיפור העממי - סדרו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פתרון - הבעיה נפתרת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פתיחה - הצגת הדמויות והרקע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- מסקנה או לקח מהסיפור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שיא - רגע המתח הגבוה ביותר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סיבוך - מופיעה בעיה או קושי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התאמת דמות לתכונה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דמות אמיצה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נמנעת ממאמץ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דמות חכמה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נותנת לאחרים בלי לחשוב פעמיים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דמות עצלנית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 אוהבת לתת או לשתף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דמות נדיבה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פוחדת מסכנה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דמות קמצנית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מוצאת פתרונות יצירתיים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דמות מסיפור שקראתם וכתבו תכונה אחת שלה עם דוגמה מהסיפור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בעצמכם מה ההבדל בין דימוי למטפורה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שלבי מבנה הסיפור העממי?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לתכונה של דמות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כלים ספרותיים ומבנה הסיפור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