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ספרותיים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כלים ספרותיים ומונחים מרכזיים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מבנה הסיפור העממי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דמות, תכונה ויוצר/ת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השוואה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השוואה עם מילה כמו או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רצף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סיפור ישן שעבר מדור לדור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תכונה מתארת 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עלילה היא רצף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סיפור עממי עובר מדור לדור בלי מחבר 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שיא המתח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דימוי משתמש במילת השוואה ומטפורה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מבנה הסיפור העממי - סדרו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 פתיחה - הצגת הדמויות והרקע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מופיעה בעיה או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רגע המתח הגבוה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 - הבעיה נפתרת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מסקנה או לקח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דמות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(לא פוחדת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(מוצאת פתרונות יצירתיים)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(נמנעת ממאמץ)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(נותנת לאחרים בלי לחשוב פעמיים)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אוהבת לתת או לשתף)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תכונה כמו אמיצה או חכמה עם דוגמה מהעלילה התומכת בכך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 משתמש במילת השוואה כמו כמו, מטפורה לא משתמשת במילת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בלי מילת דימוי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פתיחה, סיבוך, שיא,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אמיצה, חכמה, נדיבה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'מיון כלים ספרותיים' לפני מילוי הדף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שאלה בדף לדוגמה מיצירה שנלמדה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בסעיף הסידור אפשר לבקש מהתלמידים לתת דוגמה מתוך סיפור שקראו לכל שלב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ספרותיים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שמופיעים במשחקי הספרות: כלים ספרותיים, מבנה סיפור עממי, דמויות ותכונות ומונחים ספרותיים.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מקום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עם מילה כמו או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השיא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הרגע המתוח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סיפור עממי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חדש שנכתב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ישן שעבר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עיתונאי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היא איך שהדמות מתנהגת או מרגישה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עלילה היא רק שם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עממי נכתב תמיד על ידי מחבר אחד 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השיא הוא הרגע הכי מתוח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ומטפורה הם שני כלים ספרותיים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הדמות בסיפור הייתה __________ מאוד ולא פחדה משום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ברגע ה__________ הסיפור הגיע לנקודת המתח הגבוהה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כשאמרו 'הוא רץ כמו ברק'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כשאמרו 'הוא ברק' בלי מילת השוואה זוהי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רצף האירועים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מבנה הסיפור העממי - סדרו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מופיעה בעיה או קושי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רגע המתח הגבוה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פתיחה - הצגת הדמויות והרקע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מסקנה או לקח מהסיפור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- הבעיה נפתרת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התאמת דמות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אמיצה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אוהבת לתת או 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נמנעת ממאמץ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עצלנית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נותנת לאחרים בלי לחשוב פעמיים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נדיבה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מוצאת פתרונות יצירתיים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קמצנית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פוחדת מסכנה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מסיפור שקראתם וכתבו תכונה אחת שלה עם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בעצמכם מה ההבדל בין דימוי למטפורה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שלבי מבנה הסיפור העממי?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לתכונה של דמות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ספרותיים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